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1088"/>
      </w:tblGrid>
      <w:tr w:rsidR="00C33051" w14:paraId="7F0D3A6E" w14:textId="77777777">
        <w:trPr>
          <w:jc w:val="center"/>
        </w:trPr>
        <w:tc>
          <w:tcPr>
            <w:tcW w:w="11088" w:type="dxa"/>
          </w:tcPr>
          <w:p w14:paraId="5C7B3E2D" w14:textId="668EC694" w:rsidR="00C33051" w:rsidRDefault="00F03E79">
            <w:pPr>
              <w:jc w:val="center"/>
            </w:pPr>
            <w:r>
              <w:rPr>
                <w:b/>
                <w:noProof/>
                <w:color w:val="C80000"/>
                <w:sz w:val="44"/>
              </w:rPr>
              <w:drawing>
                <wp:inline distT="0" distB="0" distL="0" distR="0" wp14:anchorId="6551A7DD" wp14:editId="714F3F76">
                  <wp:extent cx="5356062" cy="1797685"/>
                  <wp:effectExtent l="0" t="0" r="0" b="0"/>
                  <wp:docPr id="17833578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3357817" name="Picture 17833578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54031" cy="1830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A1E22">
              <w:rPr>
                <w:b/>
                <w:color w:val="C80000"/>
                <w:sz w:val="44"/>
              </w:rPr>
              <w:br/>
            </w:r>
            <w:r w:rsidR="00DA1E22" w:rsidRPr="003810B3">
              <w:rPr>
                <w:b/>
                <w:color w:val="EE0000"/>
                <w:sz w:val="96"/>
                <w:szCs w:val="96"/>
              </w:rPr>
              <w:t>WOMEN'S GROUP</w:t>
            </w:r>
          </w:p>
        </w:tc>
      </w:tr>
    </w:tbl>
    <w:p w14:paraId="3987985B" w14:textId="77777777" w:rsidR="00C33051" w:rsidRPr="003810B3" w:rsidRDefault="00DA1E22">
      <w:pPr>
        <w:jc w:val="center"/>
        <w:rPr>
          <w:rFonts w:ascii="ADLaM Display" w:hAnsi="ADLaM Display" w:cs="ADLaM Display"/>
          <w:sz w:val="32"/>
        </w:rPr>
      </w:pPr>
      <w:r>
        <w:rPr>
          <w:sz w:val="28"/>
        </w:rPr>
        <w:br/>
      </w:r>
      <w:r w:rsidRPr="003810B3">
        <w:rPr>
          <w:rFonts w:ascii="ADLaM Display" w:hAnsi="ADLaM Display" w:cs="ADLaM Display"/>
          <w:sz w:val="32"/>
        </w:rPr>
        <w:t>A supportive, trauma-informed women's activity group</w:t>
      </w:r>
      <w:r w:rsidRPr="003810B3">
        <w:rPr>
          <w:rFonts w:ascii="ADLaM Display" w:hAnsi="ADLaM Display" w:cs="ADLaM Display"/>
          <w:sz w:val="32"/>
        </w:rPr>
        <w:br/>
      </w:r>
    </w:p>
    <w:p w14:paraId="21ECA16B" w14:textId="77777777" w:rsidR="00C33051" w:rsidRPr="003810B3" w:rsidRDefault="00DA1E22">
      <w:pPr>
        <w:jc w:val="center"/>
        <w:rPr>
          <w:rFonts w:ascii="ADLaM Display" w:hAnsi="ADLaM Display" w:cs="ADLaM Display"/>
          <w:sz w:val="32"/>
        </w:rPr>
      </w:pPr>
      <w:r w:rsidRPr="003810B3">
        <w:rPr>
          <w:rFonts w:ascii="ADLaM Display" w:hAnsi="ADLaM Display" w:cs="ADLaM Display"/>
          <w:sz w:val="32"/>
        </w:rPr>
        <w:t>When: Wednesdays, 11:30am - 1:30pm</w:t>
      </w:r>
    </w:p>
    <w:p w14:paraId="0DF94EDB" w14:textId="77777777" w:rsidR="00C33051" w:rsidRPr="003810B3" w:rsidRDefault="00DA1E22">
      <w:pPr>
        <w:jc w:val="center"/>
        <w:rPr>
          <w:rFonts w:ascii="ADLaM Display" w:hAnsi="ADLaM Display" w:cs="ADLaM Display"/>
          <w:sz w:val="32"/>
        </w:rPr>
      </w:pPr>
      <w:r w:rsidRPr="003810B3">
        <w:rPr>
          <w:rFonts w:ascii="ADLaM Display" w:hAnsi="ADLaM Display" w:cs="ADLaM Display"/>
          <w:sz w:val="32"/>
        </w:rPr>
        <w:t>Where: YMCA Edinburgh, 86 Great Junction Street, Edinburgh EH6 5LL</w:t>
      </w:r>
    </w:p>
    <w:p w14:paraId="3052D7E3" w14:textId="7375CA20" w:rsidR="00C33051" w:rsidRPr="003810B3" w:rsidRDefault="00DA1E22">
      <w:pPr>
        <w:jc w:val="center"/>
        <w:rPr>
          <w:rFonts w:ascii="ADLaM Display" w:hAnsi="ADLaM Display" w:cs="ADLaM Display"/>
          <w:sz w:val="32"/>
        </w:rPr>
      </w:pPr>
      <w:r w:rsidRPr="003810B3">
        <w:rPr>
          <w:rFonts w:ascii="ADLaM Display" w:hAnsi="ADLaM Display" w:cs="ADLaM Display"/>
          <w:sz w:val="32"/>
        </w:rPr>
        <w:t>Pre-arranged drop-in. Please contact before attending</w:t>
      </w:r>
      <w:r w:rsidR="003810B3">
        <w:rPr>
          <w:rFonts w:ascii="ADLaM Display" w:hAnsi="ADLaM Display" w:cs="ADLaM Display"/>
          <w:sz w:val="32"/>
        </w:rPr>
        <w:t>.</w:t>
      </w:r>
    </w:p>
    <w:p w14:paraId="52F4FDBC" w14:textId="0F2BB876" w:rsidR="003810B3" w:rsidRPr="003810B3" w:rsidRDefault="003810B3">
      <w:pPr>
        <w:jc w:val="center"/>
        <w:rPr>
          <w:rFonts w:ascii="ADLaM Display" w:hAnsi="ADLaM Display" w:cs="ADLaM Display"/>
          <w:color w:val="EE0000"/>
          <w:sz w:val="56"/>
          <w:szCs w:val="56"/>
        </w:rPr>
      </w:pPr>
      <w:r w:rsidRPr="003810B3">
        <w:rPr>
          <w:rFonts w:ascii="ADLaM Display" w:hAnsi="ADLaM Display" w:cs="ADLaM Display"/>
          <w:color w:val="EE0000"/>
          <w:sz w:val="56"/>
          <w:szCs w:val="56"/>
        </w:rPr>
        <w:t>Come and join our group</w:t>
      </w:r>
    </w:p>
    <w:p w14:paraId="7530FF5F" w14:textId="658BB08E" w:rsidR="00C33051" w:rsidRDefault="003810B3">
      <w:pPr>
        <w:jc w:val="center"/>
        <w:rPr>
          <w:rFonts w:ascii="ADLaM Display" w:hAnsi="ADLaM Display" w:cs="ADLaM Display"/>
          <w:sz w:val="32"/>
        </w:rPr>
      </w:pPr>
      <w:r>
        <w:rPr>
          <w:rFonts w:ascii="ADLaM Display" w:hAnsi="ADLaM Display" w:cs="ADLaM Display"/>
          <w:sz w:val="32"/>
        </w:rPr>
        <w:t xml:space="preserve"> We offer great a</w:t>
      </w:r>
      <w:r w:rsidR="00DA1E22" w:rsidRPr="003810B3">
        <w:rPr>
          <w:rFonts w:ascii="ADLaM Display" w:hAnsi="ADLaM Display" w:cs="ADLaM Display"/>
          <w:sz w:val="32"/>
        </w:rPr>
        <w:t>ctivities,</w:t>
      </w:r>
      <w:r w:rsidR="00DA1E22" w:rsidRPr="003810B3">
        <w:rPr>
          <w:rFonts w:ascii="ADLaM Display" w:hAnsi="ADLaM Display" w:cs="ADLaM Display"/>
          <w:sz w:val="32"/>
        </w:rPr>
        <w:t xml:space="preserve"> lunch, </w:t>
      </w:r>
      <w:r>
        <w:rPr>
          <w:rFonts w:ascii="ADLaM Display" w:hAnsi="ADLaM Display" w:cs="ADLaM Display"/>
          <w:sz w:val="32"/>
        </w:rPr>
        <w:t>refreshments</w:t>
      </w:r>
      <w:r w:rsidR="00DA1E22" w:rsidRPr="003810B3">
        <w:rPr>
          <w:rFonts w:ascii="ADLaM Display" w:hAnsi="ADLaM Display" w:cs="ADLaM Display"/>
          <w:sz w:val="32"/>
        </w:rPr>
        <w:t xml:space="preserve"> and </w:t>
      </w:r>
      <w:r>
        <w:rPr>
          <w:rFonts w:ascii="ADLaM Display" w:hAnsi="ADLaM Display" w:cs="ADLaM Display"/>
          <w:sz w:val="32"/>
        </w:rPr>
        <w:t>fun.</w:t>
      </w:r>
    </w:p>
    <w:p w14:paraId="3A1C6DB2" w14:textId="3B0125BB" w:rsidR="003810B3" w:rsidRPr="003810B3" w:rsidRDefault="003810B3">
      <w:pPr>
        <w:jc w:val="center"/>
        <w:rPr>
          <w:rFonts w:ascii="ADLaM Display" w:hAnsi="ADLaM Display" w:cs="ADLaM Display"/>
          <w:color w:val="FFC000"/>
          <w:sz w:val="32"/>
        </w:rPr>
      </w:pPr>
      <w:r w:rsidRPr="003810B3">
        <w:rPr>
          <w:rFonts w:ascii="ADLaM Display" w:hAnsi="ADLaM Display" w:cs="ADLaM Display"/>
          <w:color w:val="FFC000"/>
          <w:sz w:val="32"/>
        </w:rPr>
        <w:t>We’re a friendly bunch</w:t>
      </w:r>
      <w:r>
        <w:rPr>
          <w:rFonts w:ascii="ADLaM Display" w:hAnsi="ADLaM Display" w:cs="ADLaM Display"/>
          <w:color w:val="FFC000"/>
          <w:sz w:val="32"/>
        </w:rPr>
        <w:t>!</w:t>
      </w:r>
    </w:p>
    <w:p w14:paraId="73C1CC88" w14:textId="77777777" w:rsidR="00C33051" w:rsidRPr="003810B3" w:rsidRDefault="00DA1E22">
      <w:pPr>
        <w:jc w:val="center"/>
        <w:rPr>
          <w:rFonts w:ascii="ADLaM Display" w:hAnsi="ADLaM Display" w:cs="ADLaM Display"/>
          <w:sz w:val="32"/>
        </w:rPr>
      </w:pPr>
      <w:r w:rsidRPr="003810B3">
        <w:rPr>
          <w:rFonts w:ascii="ADLaM Display" w:hAnsi="ADLaM Display" w:cs="ADLaM Display"/>
          <w:sz w:val="32"/>
        </w:rPr>
        <w:t>Contact: Maureen McGonigle</w:t>
      </w:r>
    </w:p>
    <w:p w14:paraId="6CD06255" w14:textId="77777777" w:rsidR="00C33051" w:rsidRPr="003810B3" w:rsidRDefault="00DA1E22">
      <w:pPr>
        <w:jc w:val="center"/>
        <w:rPr>
          <w:rFonts w:ascii="ADLaM Display" w:hAnsi="ADLaM Display" w:cs="ADLaM Display"/>
          <w:sz w:val="32"/>
        </w:rPr>
      </w:pPr>
      <w:r w:rsidRPr="003810B3">
        <w:rPr>
          <w:rFonts w:ascii="ADLaM Display" w:hAnsi="ADLaM Display" w:cs="ADLaM Display"/>
          <w:sz w:val="32"/>
        </w:rPr>
        <w:t>Phone: 07936 928811</w:t>
      </w:r>
    </w:p>
    <w:p w14:paraId="11594A7F" w14:textId="77777777" w:rsidR="00C33051" w:rsidRPr="003810B3" w:rsidRDefault="00DA1E22">
      <w:pPr>
        <w:jc w:val="center"/>
        <w:rPr>
          <w:rFonts w:ascii="ADLaM Display" w:hAnsi="ADLaM Display" w:cs="ADLaM Display"/>
          <w:sz w:val="32"/>
        </w:rPr>
      </w:pPr>
      <w:r w:rsidRPr="003810B3">
        <w:rPr>
          <w:rFonts w:ascii="ADLaM Display" w:hAnsi="ADLaM Display" w:cs="ADLaM Display"/>
          <w:sz w:val="32"/>
        </w:rPr>
        <w:t>Email: maureen@ymcaedinburgh.com</w:t>
      </w:r>
    </w:p>
    <w:p w14:paraId="298BA81B" w14:textId="77777777" w:rsidR="00C33051" w:rsidRPr="003810B3" w:rsidRDefault="00DA1E22">
      <w:pPr>
        <w:jc w:val="center"/>
        <w:rPr>
          <w:rFonts w:ascii="ADLaM Display" w:hAnsi="ADLaM Display" w:cs="ADLaM Display"/>
          <w:sz w:val="32"/>
        </w:rPr>
      </w:pPr>
      <w:r w:rsidRPr="003810B3">
        <w:rPr>
          <w:rFonts w:ascii="ADLaM Display" w:hAnsi="ADLaM Display" w:cs="ADLaM Display"/>
          <w:sz w:val="32"/>
        </w:rPr>
        <w:t>Website: ymcaedinburgh.com</w:t>
      </w:r>
    </w:p>
    <w:sectPr w:rsidR="00C33051" w:rsidRPr="003810B3" w:rsidSect="00034616">
      <w:pgSz w:w="12240" w:h="15840"/>
      <w:pgMar w:top="1440" w:right="576" w:bottom="1440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77577956">
    <w:abstractNumId w:val="8"/>
  </w:num>
  <w:num w:numId="2" w16cid:durableId="75522124">
    <w:abstractNumId w:val="6"/>
  </w:num>
  <w:num w:numId="3" w16cid:durableId="1226338199">
    <w:abstractNumId w:val="5"/>
  </w:num>
  <w:num w:numId="4" w16cid:durableId="818810221">
    <w:abstractNumId w:val="4"/>
  </w:num>
  <w:num w:numId="5" w16cid:durableId="1447387151">
    <w:abstractNumId w:val="7"/>
  </w:num>
  <w:num w:numId="6" w16cid:durableId="262537899">
    <w:abstractNumId w:val="3"/>
  </w:num>
  <w:num w:numId="7" w16cid:durableId="391851254">
    <w:abstractNumId w:val="2"/>
  </w:num>
  <w:num w:numId="8" w16cid:durableId="77530560">
    <w:abstractNumId w:val="1"/>
  </w:num>
  <w:num w:numId="9" w16cid:durableId="1998679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810B3"/>
    <w:rsid w:val="009A792A"/>
    <w:rsid w:val="00AA1D8D"/>
    <w:rsid w:val="00B47730"/>
    <w:rsid w:val="00B62EFB"/>
    <w:rsid w:val="00C33051"/>
    <w:rsid w:val="00CB0664"/>
    <w:rsid w:val="00F03E7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D2CE7B"/>
  <w14:defaultImageDpi w14:val="300"/>
  <w15:docId w15:val="{5A2BD934-10A9-4B60-A05C-042AF2863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390</Characters>
  <Application>Microsoft Office Word</Application>
  <DocSecurity>0</DocSecurity>
  <Lines>13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</dc:creator>
  <cp:keywords/>
  <dc:description>generated by python-docx</dc:description>
  <cp:lastModifiedBy>Maureen</cp:lastModifiedBy>
  <cp:revision>2</cp:revision>
  <dcterms:created xsi:type="dcterms:W3CDTF">2026-07-29T15:33:00Z</dcterms:created>
  <dcterms:modified xsi:type="dcterms:W3CDTF">2026-07-29T15:33:00Z</dcterms:modified>
  <cp:category/>
</cp:coreProperties>
</file>